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קוראים במסע: הבנת הנקרא וקריאה שוטפת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מדויקת ושוטפת לפי שיטת הפירמידות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ולתרגל ארבעה סוגי שאלות בהבנת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טקסטים מגוונים מהעולם ומישראל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אוצר מילים ויכולת למצוא מידע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פירמידות קריאה: קוראים בדיוק ובשטף – היכרות עם הפירמידות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טקסט שגדל שורה אחר שורה ומוסיף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שהקריאה תהיה מדויקת ושוטפת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פירמידות קריאה: קוראים בדיוק ובשטף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בקריאה הראשונה קוראים לאט ובדיוק, עם אצבע מתחת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בודקים אם הקריאה המדויקת עוברת גם למילים חדשות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2 · איך עונים על שאלות: איתור, הסקה, פרשנות ועמדה – מה כל סוג שאלה בודק?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(התשובה כתובה במפורש בטקסט, רק צריך למצוא אותה)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(התשובה לא כתובה במילים, אבל אפשר להבין אותה לפי רמזים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(מסבירים מה המשמעות או המסר של משפט או מעשה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(כותבים דעה אישית ומסבירים למה, גם דברים שלא כתובים בטקסט)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איך עונים על שאלות: איתור, הסקה, פרשנות ועמדה – מזהים את סוג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פרשנות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איך עונים על שאלות: איתור, הסקה, פרשנות ועמדה – כותבים שאלות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איך קוראים לגמל בטקסט? או: מה נקרא המקום עם המעיין בצל עצי התמרים?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3 · מסע סובב עולם: קוראים ועונים על 10 יעדים – זיהוי עובדות מהיומנים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מזרח אסיה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הוא הפך לנהר בוץ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הספינקס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מסע סובב עולם: קוראים ועונים על 10 יעדים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ביומן של עידו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קיץ, והשמש כמעט לא שוקעת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מסע סובב עולם: קוראים ועונים על 10 יעדים – התאמה, מילים חסרות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קולורדו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מסע סובב עולם: קוראים ועונים על 10 יעדים – התאמת יעד לציוד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(תרסיס נגד יתושים)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(כפפות חמות)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(צעיף נגד חול)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(מעיל פוך חם)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מאגר טקסטים: נושאים מגוונים ושאלות – התאמת טקסטים לנושאים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(בעלי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(מקומות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(המצאות)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(מדע המזון)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מאגר טקסטים: נושאים מגוונים ושאלות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במאגר הטקסטים: שאלות בשלוש רמות וחידון על המסך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המאגר מציע גרסה לעולים וגרסה לחנ״מ לכל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הטקסט כתוב בצורת מכתב, כפי שמעיד שמו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מאגר טקסטים: נושאים מגוונים ושאלות – חשיבה על תוכן וסוגה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משחקי קריאה: משפט לתמונה ומיון שאלות – היכרות עם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מתאימים אותו לתמונה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6 שלבים מדורגים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משחקי קריאה: משפט לתמונה ומיון שאלות – מזהים את סוג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(מוצאים תשובה שכתובה במפורש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(מבינים משהו שלא כתוב במפורש, לפי רמזים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(משחק שבו ממיינים שאלות לפי הסוג שלהן ואוספים כוכבים)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משחקי קריאה: משפט לתמונה ומיון שאלות – מתרגלים עם טקסטי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התשובה (אנה) כתובה במפורש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שאלת איתור - התשובה (חצי שעה) כתובה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חזרה מסכמת – שאלות מגוונות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קוראים לאט ובדיוק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התשובה כתובה במפורש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תיאור יעד מתוך 10 היעדים עם פרט אחד לפחות מהטקסט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מסביר/ה נכון את ההבדל בין שאלה שהתשובה כתובה לשאלה שצריך להסיק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קריאה רציפה של שורה שלמה בפירמידה בלי יותר משגיאה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איתור משפט מדויק בטקסט שעונה על השאלה שנשאלה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לכמה מפגשים קצרים: שיעור אחד לפירמידות, שיעור אחד לאסטרטגיות, ושיעור אחד לכל יעד במסע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להשתמש בפירמידות קצרות יותר ובטקסטים עם פחות שורות, ולהקריא את הטקסט תחילה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שאלת פרשנות או עמדה נוספת, ולבקש לכתוב המשך ליומן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קריאה חוזרת כמה פעמים באותו טקסט כדי לחזק שטף, ולא רק לבדוק הבנה בפעם אחת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קוראים במסע: הבנת הנקרא וקריאה שוטפת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הזאת תתרגלו קריאה שוטפת ומדויקת, ותלמדו לזהות אילו שאלות שואלות עלינו בטקסט. עברו על הפרקים לפי הסדר, וקראו כל טקסט פעמיים לפני שעונים על השאלות.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קולורדו  ·  גנו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פירמידות קריאה: קוראים בדיוק ובשטף – היכרות עם הפירמידות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זו פירמידת 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טקסט שגדל שורה אחר שורה ומוסיף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רשימת מילים קשות לשינון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 קצר ללא חזרות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חוזרים כמה פעמים על אותה שורה בפירמידה?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לשנן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שהקריאה תהיה מדויקת ושוטפת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להאריך את השיעור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פירמידות קריאה: קוראים בדיוק ובשטף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בקריאה הראשונה של פירמידה קוראים מהר ככל האפשר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בסוף כל פירמידה מחכה משפט חדש שבודק קריאה של מילים אחרות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2 · איך עונים על שאלות: איתור, הסקה, פרשנות ועמדה – מה כל סוג שאלה בודק?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מסבירים מה המשמעות או המסר של משפט או מעשה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כותבים דעה אישית ומסבירים למה, גם דברים שלא כתובים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פרשנות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התשובה כתובה במפורש בטקסט, רק צריך למצוא אותה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הבעת 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התשובה לא כתובה במילים, אבל אפשר להבין אותה לפי רמזים בטקסט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איך עונים על שאלות: איתור, הסקה, פרשנות ועמדה – מזהים את סוג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יבשת נמצא יער הגשם של האמזונס? איזה סוג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בטקסט על ילוסטון ירד גשם כבד והשביל הפך לנהר בוץ. למה זה קרה, לפי מה שאפשר להבין מהטקסט?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אבא אמר ליד הביזון בילוסטון: "כאן החיות הן הבוסיות". מה המסר במשפט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פרשנות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איך עונים על שאלות: איתור, הסקה, פרשנות ועמדה – כותבים שאלות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שאלת איתור על הקטע ממדבר סהרה (התשובה כתובה בטקסט במפורש).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3 · מסע סובב עולם: קוראים ועונים על 10 יעדים – זיהוי עובדות מהיומנים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יעד פגשו הטיילים גור פנדה קטן כמו תפוח?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מזרח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הרי ההימלאיה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הסוואנה באפריקה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קרה בשביל ביער הגשם של האמזונס כשירד גשם כבד?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הפך לנהר בוץ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התכסה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שומר על הפירמידות בגיזה,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הספינקס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גמל ושמו קינמון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מדריכת הטיול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מסע סובב עולם: קוראים ועונים על 10 יעדים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בגרנד קניון ראו ביזון ענקי שחצה את הכביש בנחת.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באנטארקטיקה היה חושך מוחלט בלילה כי שם 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מסע סובב עולם: קוראים ועונים על 10 יעדים – התאמה, מילים חסרות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הנהר ש__________ חפר את הגרנד קניון במשך מיליוני שנים נקרא קולורדו.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בסוואנה של מזרח אפריקה ראו עדר ענקי של __________ וזברות.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מסע סובב עולם: קוראים ועונים על 10 יעדים – התאמת יעד לציוד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יער הגשם של האמזונס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מעיל פוך חם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אנטארקטיקה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צעיף נגד חול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מדבר סהרה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כפפות חמות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הקוטב הצפוני ואיסלנד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תרסיס נגד יתושים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4 · מאגר טקסטים: נושאים מגוונים ושאלות – התאמת טקסטים לנושאים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לילה אחד על החוף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מקומות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מכתב מן המכתש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מדע המזון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המהפכה העגולה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בעלי 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מה קורה בתוך גרעין התירס?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המצאות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מאגר טקסטים: נושאים מגוונים ושאלות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טקסט במאגר יש שאלות בשלוש רמות 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טקסט יש גם גרסה לעולים וגם גרסה לחנ״מ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הטקסט מכתב מן המכתש כתוב כשיר חרוז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מאגר טקסטים: נושאים מגוונים ושאלות – חשיבה על תוכן וסוגה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5 · משחקי קריאה: משפט לתמונה ומיון שאלות – היכרות עם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במשחק 'משפט לתמונה' קוראים משפט מנוקד 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מתאימים אותו לתמונה המתאימה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כותבים משפט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מציירים תמונה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במשחק 'משפט לתמונה' יש...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 שלבים מדורגים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 שלבים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 שלבים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משחקי קריאה: משפט לתמונה ומיון שאלות – מזהים את סוג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משחק שבו ממיינים שאלות לפי הסוג שלהן ואוספים כוכבים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מוצאים תשובה שכתובה במפורש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איזו שאלה זו?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מבינים משהו שלא כתוב במפורש, לפי רמזים בטקסט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משחקי קריאה: משפט לתמונה ומיון שאלות – מתרגלים עם טקסטי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השאלה 'מה שם המדריכה ביער הגשם של האמזונס?' היא שאלת איתור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השאלה 'כמה זמן ירד גשם ביער האמזונס?' היא שאלת פרשנות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חזרה מסכמת – שאלות מגוונות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בפירמידת קריאה, מה עושים קודם?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קוראים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קוראים לאט ובדיוק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מדלגים על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יעדים יש במסע סובב 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שאלת איתור היא שאלה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התשובה כתובה במפורש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התשובה היא דעה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לה תשובה בטקסט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חזרה מסכמת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יעד אחד שקראתם עליו במסע סובב עולם – מה ראיתם שם ומה אתם זוכרים מהטקסט?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להבדיל בין שאלת איתור לשאלת פרשנות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יכול/ה לקרוא פירמידת קריאה בדיוק ובלי לדלג על מילים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קוראים במסע: הבנת הנקרא וקריאה שוטפת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