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במסע: הבנת הנקרא וקריאה שוטפת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ושוטפת לפי שיטת הפירמידות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ולתרגל ארבעה סוגי שאלות בהבנת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טקסטים מגוונים מהעולם ומישראל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ויכולת למצוא מידע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פירמידות קריאה: קוראים בדיוק ובשטף – היכרות עם הפירמידות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טקסט שגדל שורה אחר שורה ומוסיף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שהקריאה תהיה מדויקת ושוטפת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פירמידות קריאה: קוראים בדיוק ובשטף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בקריאה הראשונה קוראים לאט ובדיוק, עם אצבע מתחת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בודקים אם הקריאה המדויקת עוברת גם למילים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כשיש יותר משתי טעויות חוזרים לפירמידה קלה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2 · איך עונים על שאלות: איתור, הסקה, פרשנות ועמדה – מה כל סוג שאלה בודק?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(התשובה כתובה במפורש בטקסט, רק צריך למצוא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(התשובה לא כתובה במילים, אבל אפשר להבין אותה לפי רמזים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(מסבירים מה המשמעות או המסר של משפט או מעשה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(כותבים דעה אישית ומסבירים למה, גם דברים שלא כתובים בטקסט)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איך עונים על שאלות: איתור, הסקה, פרשנות ועמדה – מזהים את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הבעת 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איך עונים על שאלות: איתור, הסקה, פרשנות ועמדה – כותבים שאלות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איך קוראים לגמל בטקסט? או: מה נקרא המקום עם המעיין בצל עצי התמרים?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למה חשוב למטיילים לנוח בצל, ליד נווה המדבר, בשעות הצהריים?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שמסבירה מסר, למשל: אפשר להבין שהמצרים הקדמונים רצו לבנות דברים שיישארו לנצח.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שאלת דעה אישית עם נימוק, למשל: האם הייתם רוצים לגור ליד קרחונים? כן/לא ולמה.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3 · מסע סובב עולם: קוראים ועונים על 10 יעדים – זיהוי עובדות מהיומנים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מזרח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הפך לנהר 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הספינקס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עמוד מים רותחים שהתיז גבוה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מסע סובב עולם: קוראים ועונים על 10 יעדים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ביומן של עידו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קיץ, והשמש כמעט לא שוקעת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הסבירה המדריכה ביומן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מסע סובב עולם: קוראים ועונים על 10 יעדים – התאמה, מילים חסרות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קולורדו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מסע סובב עולם: קוראים ועונים על 10 יעדים – התאמת יעד לציוד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(תרסיס נגד יתושים)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(כפפות חמות)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(צעיף נגד 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(מעיל פוך חם)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(נעלי הליכה)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מאגר טקסטים: נושאים מגוונים ושאלות – התאמת טקסטים לנושאים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(בעלי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(מקומות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(המצאות)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(מדע המזון)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(ספורט והגוף)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מאגר טקסטים: נושאים מגוונים ושאלות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במאגר הטקסטים: שאלות בשלוש רמות וחידון על המסך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המאגר מציע גרסה לעולים וגרסה לחנ״מ לכל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כתוב בצורת מכתב, כפי שמעיד שמו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על כדורסל שייך לנושא ספורט וחלומות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מאגר טקסטים: נושאים מגוונים ושאלות – חשיבה על תוכן וסוגה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מזג אוויר – ברק ורעם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הוראות / איך זה עובד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משחקי קריאה: משפט לתמונה ומיון שאלות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מתאימים אותו לתמונה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6 שלבים מדורגים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ממיינים שאלות לפי הסוג שלהן ואוספים 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4 סוגים: איתור, הסקה, פרשנות, הבעת 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משחקי קריאה: משפט לתמונה ומיון שאלות – מזהים את סוג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(מוצאים תשובה שכתובה במפורש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(מבינים משהו שלא כתוב במפורש, לפי רמזים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(מסבירים מה הכוונה או המטרה של הכתוב)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(כותבים דעה אישית על הנושא)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(משחק שבו ממיינים שאלות לפי הסוג שלהן ואוספים כוכבים)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משחקי קריאה: משפט לתמונה ומיון שאלות – מתרגלים עם טקסטי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התשובה (אנה) כתובה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שאלת איתור - התשובה (חצי שעה) כתובה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שאלת הסקה - היא מבקשת להבין לפי רמזים בטקסט, לא לכתוב דעה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היא מבקשת את הרגש והדעה האישית 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חזרה מסכמת – שאלות מגוונות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קוראים לאט ובדיוק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התשובה כתובה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משפט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צריך להבין משהו שלא כתוב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איסלנד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צירה וסגול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תיאור יעד מתוך 10 היעדים עם פרט אחד לפחות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איתור – התשובה כתובה במפורש בטקסט; הסקה – מבינים משהו שלא כתוב במפורש אלא משתמע. יש לתת דוגמה לכל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החזרה על אותן מילים מאפשרת תרגול, מדייקת את הקריאה לפני שמוסיפים קושי, ובונה ביטחון ושטף בהדרגה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נכון את ההבדל בין שאלה שהתשובה כתובה לשאלה שצריך להסיק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קריאה רציפה של שורה שלמה בפירמידה בלי יותר משגיאה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משפט מדויק בטקסט שעונה על השאלה שנשאלה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מפגשים קצרים: שיעור אחד לפירמידות, שיעור אחד לאסטרטגיות, ושיעור אחד לכל יעד במסע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בפירמידות קצרות יותר ובטקסטים עם פחות שורות, ולהקריא את הטקסט תחילה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שאלת פרשנות או עמדה נוספת, ולבקש לכתוב המשך ליומן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קריאה חוזרת כמה פעמים באותו טקסט כדי לחזק שטף, ולא רק לבדוק הבנה בפעם אחת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קוראים במסע: הבנת הנקרא וקריאה שוטפת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נלמד לקרוא טוב ולענות על שאלות. קוראים כל טקסט לאט, ואז עונים.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פירמידת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שכל שורה בו מוסיפה מילה אחת או שתיים לשורה הקודמת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דיוק לפני מהירות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קודם קוראים נכון, ורק אחר כך קוראים 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איתור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שהתשובה עליה כתובה במפורש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שהתשובה עליה לא כתובה, אבל אפשר להבין אותה מהטקסט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פרשנות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ששואלת מה הכוונה או המסר של הכותב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הבעת 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ששואלת מה דעתכם, עם הסבר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בגוף ראשון שמתאר מה קרה ביום מסוים בטיול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נווה מדבר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במדבר שיש בו מים וצמחייה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חדשות וחשובות מתוך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חוברת תלמיד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דפי עבודה לתלמיד, בלי תשובות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פירמידות קריאה: קוראים בדיוק ובשטף – היכרות עם הפירמידות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בנויה פירמידת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שגדל שורה אחר שורה ומוסיף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מילים קשות לשינון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קצר ללא חזרות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בעל פה על הברות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קוראים כל שורה כמה פעמים?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לשנן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שהקריאה תהיה מדויקת ושוטפת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להאריך את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לתרגל כתיבה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פירמידות קריאה: קוראים בדיוק ובשטף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בקריאה הראשונה של פירמידה קוראים מהר ככל האפשר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כל פירמידה מחכה משפט חדש שבודק קריאה של מילים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יותר משתי טעויות בשורה, ממשיכים מיד לפירמידה הבאה שקשה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2 · איך עונים על שאלות: איתור, הסקה, פרשנות ועמדה – מה כל סוג שאלה בודק?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מסבירים מה המשמעות או המסר של משפט או מעשה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כותבים דעה אישית ומסבירים למה, גם דברים שלא כתובים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פרשנות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התשובה לא כתובה במילים, אבל אפשר להבין אותה לפי רמזים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הבעת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התשובה כתובה במפורש בטקסט, רק צריך למצוא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איך עונים על שאלות: איתור, הסקה, פרשנות ועמדה – מזהים את סוג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השאלה מבקשת עובדה שכתובה בטקסט. איזה סוג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צריך לחבר בין שני משפטים בטקסט כדי להבין למה קרה משהו. איזה סוג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צריך להסביר מה הכוונה במשפט של אבא. איזה סוג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השאלה מבקשת דעה אישית עם הסבר. איזה סוג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צריך להבין איזה שיעור או מסר יש במעשה הזה. איזה סוג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השאלה מבקשת לבחור ולהסביר דעה אישית. איזה סוג שאלה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הבעת עמדה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איך עונים על שאלות: איתור, הסקה, פרשנות ועמדה – כותבים שאלות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שאלת איתור על הקטע ממדבר סהרה (התשובה כתובה בטקסט במפורש).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הסקה על הקטע ממדבר סהרה (התשובה לא כתובה במפורש, אבל אפשר להבין אותה).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שאלת פרשנות על הקטע: מה אפשר ללמוד מכך שהספינקס שומר על הפירמידות כבר אלפי שנים?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שאלת הבעת עמדה על אחד מהיעדים במסע סביב העולם, וענו עליה בעצמכם בנימוק אחד לפחות.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3 · מסע סובב עולם: קוראים ועונים על 10 יעדים – זיהוי עובדות מהיומנים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ראו גור פנדה 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מזרח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הרי ההימלאיה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הסוואנה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אנטארקטיקה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לשביל כשירד גשם 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הפך לנהר בוץ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התכסה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נסגר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שומר על הפירמידות?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הספינקס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גמל ושמו קינמון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מדריכת הטיול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 הקולורדו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ליד הגייזר?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עמוד מים רותחים שהתיז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קרחון שנשבר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פינגווינים רצים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זוהר צפוני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מסע סובב עולם: קוראים ועונים על 10 יעדים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בגרנד קניון ראו ביזון ענקי שחצה את הכביש בנחת.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באנטארקטיקה היה חושך מוחלט בלילה כי שם 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הגמל במדבר סהרה יכול ללכת ימים רבים בלי לשתות כי הוא חוסך מים בגופו.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מסע סובב עולם: קוראים ועונים על 10 יעדים – התאמה, מילים חסרות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הנהר ש__________ חפר את הגרנד קניון במשך מיליוני שנים נקרא קולורדו.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בסוואנה של מזרח אפריקה ראו עדר ענקי של __________ וזברות.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מסע סובב עולם: קוראים ועונים על 10 יעדים – התאמת יעד לציוד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יער הגשם של האמזונס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צעיף נגד 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אנטארקטיקה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נעלי הליכה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מדבר סהרה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מעיל פוך 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הקוטב הצפוני ואיסלנד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תרסיס נגד יתושים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הגרנד קניון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כפפות חמות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מאגר טקסטים: נושאים מגוונים ושאלות – התאמת טקסטים לנושאים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לילה אחד על החוף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המצאות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 מן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מדע המזון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המהפכה העגולה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ספורט והגוף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קורה בתוך גרעין התירס?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בעלי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תוף תוף תוף – הלב רץ איתנו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מקומות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מאגר טקסטים: נושאים מגוונים ושאלות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טקסט במאגר יש שאלות בשלוש רמות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טקסט יש גם גרסה לעולים וגם גרסה לחנ״מ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מכתב מן המכתש כתוב כשיר חרוז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על כדורסל שייך לנושא מזג אוויר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מאגר טקסטים: נושאים מגוונים ושאלות – חשיבה על תוכן וסוגה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נושא עוסק הטקסט לפי שמו?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מזג אוויר – ברק ורעם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טקסט הוא מה קורה בתוך גרעין התירס?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הוראות / איך זה 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משחקי קריאה: משפט לתמונה ומיון שאלות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במשחק 'משפט לתמונה'?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מתאימים אותו לתמונה המתאימה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משפט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מציירים תמונה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אותו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יש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 שלבים מדורגים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שלבים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שלב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במשחק 'איזו שאלה זו?'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ממיינים שאלות לפי הסוג שלהן ואוספים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סיפור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מציירים דמויות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פותרים חידות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סוגי שאלות לומדים?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סוגים: איתור, הסקה, פרשנות,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סוגים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 סוגים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אחד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משחקי קריאה: משפט לתמונה ומיון שאלות – מזהים את סוג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מסבירים מה הכוונה או המטרה של הכתוב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משחק שבו ממיינים שאלות לפי הסוג שלהן ואוספים כוכבים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פרשנות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כותבים דעה אישית על הנושא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הבעת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מוצאים תשובה שכתובה במפורש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איזו שאלה זו?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מבינים משהו שלא כתוב במפורש, לפי רמזים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משחקי קריאה: משפט לתמונה ומיון שאלות – מתרגלים עם טקסטי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'מה שם המדריכה ביער הגשם של האמזונס?' היא שאלת איתור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'כמה זמן ירד גשם ביער האמזונס?' היא שאלת פרשנות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'למה לדעתכם קופי הילללן משמיעים קולות כל כך חזקים?' היא שאלת הבעת עמדה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'איך הייתם מרגישים לו הייתם רואים גייזר מתפרץ ביאלוסטון?' היא שאלת הבעת עמדה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חזרה מסכמת – שאלות מגוונות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קוראים ראשון – מהר או לאט?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לאט ובדיוק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מדלגים על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רק את השורה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מקומות מבקרים במסע?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המיוחד בשאלת איתור?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התשובה כתובה במפורש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התשובה היא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 תשובה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תמיד שאלה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לפעילות של משפט ותמונה?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 סובב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פירמידות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לתמונה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מאגר טקסטים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חלקים יש בכל יעד?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בשאלת הסקה?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התשובה כתובה מילה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להבין משהו שלא כתוב במפורש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 תשובה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רק על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מקום יש בו גם קרח וגם הר געש?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הרי האלפים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אנטארקטיקה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איסלנד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מדבר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בא אחרי קמץ ופתח?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צירה וסגול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שורוק וקובוץ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יעד אחד שקראתם עליו במסע סובב עולם – מה ראיתם שם ומה אתם זוכרים מהטקסט?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שאלת איתור לשאלת הסקה, ותנו דוגמה אחת לכל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פירמידת קריאה, שבה כל שורה חוזרת ומוסיפה מילים, עוזרת לקרוא בצורה מדויקת ושוטפת? הסבירו.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להבדיל בין שאלת איתור לשאלת פרשנות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לקרוא פירמידת קריאה בדיוק ובלי לדלג על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למצוא בטקסט מידע כדי לענות על שאלה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קוראים במסע: הבנת הנקרא וקריאה שוטפת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