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ושוטפת לפי שיטת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ארבעה סוגי 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טקסטים מגוונים מהעולם ומישראל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ויכולת למצוא מידע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פירמידות קריאה: קוראים בדיוק ובשטף – היכרות עם הפירמידות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שגדל שורה אחר שורה ומוסיף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שהקריאה תהיה מדויקת ושוטפת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פירמידות קריאה: קוראים בדיוק ובשטף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בקריאה הראשונה קוראים לאט ובדיוק, עם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אם הקריאה המדויקת עוברת גם למילים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כשיש יותר משתי טעויות חוזרים לפירמידה קלה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איך עונים על שאלות: איתור, הסקה, פרשנות ועמדה – מה כל סוג שאלה בודק?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(התשובה כתובה במפורש בטקסט, רק צריך למצוא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(התשובה לא כתובה במילים, אבל אפשר להבין אותה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(מסבירים מה המשמעות או המסר של משפט או מעשה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דעה אישית ומסבירים למה, גם דברים שלא כתובים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איך עונים על שאלות: איתור, הסקה, פרשנות ועמדה – 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עונים על שאלות: איתור, הסקה, פרשנות ועמדה – כותבים שאלות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איך קוראים לגמל בטקסט? או: מה נקרא המקום עם המעיין בצל עצי התמרים?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למה חשוב למטיילים לנוח בצל, ליד נווה המדבר, בשעות הצהריים?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שמסבירה מסר, למשל: אפשר להבין שהמצרים הקדמונים רצו לבנות דברים שיישארו לנצח.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שאלת דעה אישית עם נימוק, למשל: האם הייתם רוצים לגור ליד קרחונים? כן/לא ולמה.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מסע סובב עולם: קוראים ועונים על 10 יעדים – זיהוי עובדות מהיומנים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מזרח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הפך לנהר 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הספינקס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עמוד מים רותחים שהתיז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מסע סובב עולם: קוראים ועונים על 10 יעדים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ביומן של עידו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קיץ, והשמש כמעט לא שוקעת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הסבירה המדריכה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מסע סובב עולם: קוראים ועונים על 10 יעדים – התאמה, מילים חסרות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מסע סובב עולם: קוראים ועונים על 10 יעדים – התאמת יעד לציוד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(תרסיס נגד יתושים)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(כפפות חמות)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(צעיף נגד 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(מעיל פוך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(נעלי הליכה)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מאגר טקסטים: נושאים מגוונים ושאלות – התאמת טקסטים לנושאים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(מקומות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(מדע המזון)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(ספורט והגוף)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מאגר טקסטים: נושאים מגוונים ושאלות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במאגר הטקסטים: שאלות בשלוש רמות וחידון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המאגר מציע גרסה לעולים וגרסה לחנ״מ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כתוב בצורת מכתב, כפי שמעיד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על כדורסל שייך לנושא ספורט וחלומות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מאגר טקסטים: נושאים מגוונים ושאלות – חשיבה על תוכן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מזג אוויר – ברק ורעם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הוראות / איך זה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משחקי קריאה: משפט לתמונה ומיון שאלות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מתאימים אותו לתמונה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 שלבים מדורגים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ממיינים שאלות לפי הסוג שלהן ואוספים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4 סוגים: איתור, הסקה, פרשנות,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משחקי קריאה: משפט לתמונה ומיון שאלות – 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(מוצאים תשובה שכתובה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(מבינים משהו שלא כתוב במפורש,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(מסבירים מה הכוונה או המטרה של הכתוב)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(כותבים דעה אישית 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(משחק שבו ממיינים שאלות לפי הסוג שלהן ואוספים כוכבים)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משחקי קריאה: משפט לתמונה ומיון שאלות – מתרגלים עם טקסטי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התשובה (אנה)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שאלת איתור - התשובה (חצי שעה) כתובה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שאלת הסקה - היא מבקשת להבין לפי רמזים בטקסט, לא לכתוב 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מבקשת את הרגש והדעה האישית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מגוונות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לאט ובדיוק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התשובה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צריך להבין משהו שלא כתוב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איסלנד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צירה וסגול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תיאור יעד מתוך 10 היעדים עם פרט אחד לפחות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איתור – התשובה כתובה במפורש בטקסט; הסקה – מבינים משהו שלא כתוב במפורש אלא משתמע. יש לתת דוגמה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החזרה על אותן מילים מאפשרת תרגול, מדייקת את הקריאה לפני שמוסיפים קושי, ובונה ביטחון ושטף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נכון את ההבדל בין שאלה שהתשובה כתובה לשאלה שצריך להסיק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רציפה של שורה שלמה בפירמידה בלי יותר משגיאה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משפט מדויק בטקסט שעונה על השאלה שנשאלה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קצרים: שיעור אחד לפירמידות, שיעור אחד לאסטרטגיות, ושיעור אחד לכל יעד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בפירמידות קצרות יותר ובטקסטים עם פחות שורות, ולהקריא את הטקסט תחילה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פרשנות או עמדה נוספת, ולבקש לכתוב המשך ליומן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קריאה חוזרת כמה פעמים באותו טקסט כדי לחזק שטף, ולא רק לבדוק הבנה בפעם אחת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קריאה שוטפת ומדויקת, ותלמדו לזהות אילו שאלות שואלות עלינו בטקסט. עברו על הפרקים לפי הסדר, וקראו כל טקסט פעמיים לפני שעונים על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פירמידות קריאה: קוראים בדיוק ובשטף – היכרות עם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שגדל שורה אחר שורה ומוסיף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מילים קשות לשינון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קצר ללא 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בעל פה על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חוזרים כמה פעמים על אותה שורה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לשנן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שהקריאה תהיה מדויקת ושוטפת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להאריך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לתרגל 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פירמידות קריאה: קוראים בדיוק ובשטף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בקריאה הראשונה של פירמידה קוראים מהר ככל האפשר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פירמידה מחכה משפט חדש שבודק קריאה של 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יותר משתי טעויות בשורה, ממשיכים מיד לפירמידה הבאה שקשה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2 · איך עונים על שאלות: איתור, הסקה, פרשנות ועמדה – מה כל סוג שאלה בודק?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התשובה לא כתובה במילים, אבל אפשר להבין אותה לפי רמזים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מסבירים מה המשמעות או המסר של משפט או מעשה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דעה אישית ומסבירים למה, גם דברים שלא כתובים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התשובה כתובה במפורש בטקסט, רק צריך למצוא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איך עונים על שאלות: איתור, הסקה, פרשנות ועמדה – מזהים את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יבשת נמצא יער הגשם של האמזונס?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בטקסט על ילוסטון ירד גשם כבד והשביל הפך לנהר בוץ. למה זה קרה, לפי מה שאפשר להבין מהטקסט?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אבא אמר ליד הביזון בילוסטון: "כאן החיות הן הבוסיות". מה המסר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היית רוצה לטייל ביער הגשם של האמזונס? נמקו.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בטקסט על הסוואנה, האח של נוגה "עמד לצעוק מהתרגשות אבל עצר בזמן". מה אפשר ללמוד מכך על ההתנהגות הנדרשת בספארי?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מתוך 10 היעדים במסע סביב העולם, לאיזה יעד הכי היית רוצה לנסוע, ולמה?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עונים על שאלות: איתור, הסקה, פרשנות ועמדה – כותבים שאלות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איתור על הקטע ממדבר סהרה (התשובה כתובה בטקסט במפורש).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על הקטע ממדבר סהרה (התשובה לא כתובה במפורש, אבל אפשר להבין אותה).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פרשנות על הקטע: מה אפשר ללמוד מכך שהספינקס שומר על הפירמידות כבר אלפי שנים?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שאלת הבעת עמדה על אחד מהיעדים במסע סביב העולם, וענו עליה בעצמכם בנימוק אחד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מסע סובב עולם: קוראים ועונים על 10 יעדים – זיהוי עובדות מהיומנים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יעד פגשו הטיילים גור פנדה קטן כמו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מזרח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 ההימלאיה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הסוואנה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בשביל ביער הגשם של האמזונס כשירד גשם 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התכסה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שומר על הפירמידות בגיזה,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הספינקס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גמל ושמו קינמון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מדריכת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הקולורדו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ראו הטיילים כשחיכו ליד גייזר מפורסם בילוסטון?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עמוד מים רותחים שהתיז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קרחון שנשבר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פינגווינים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זוהר צפוני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מסע סובב עולם: קוראים ועונים על 10 יעדים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בגרנד קניון ראו ביזון ענקי שחצה את הכביש בנחת.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באנטארקטיקה היה חושך מוחלט בלילה כי שם 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הגמל במדבר סהרה יכול ללכת ימים רבים בלי לשתות כי הוא חוסך מים בגופו.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מסע סובב עולם: קוראים ועונים על 10 יעדים – התאמה, מילים חסרות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הנהר ש__________ חפר את הגרנד קניון במשך מיליוני שנים נקרא קולורדו.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בסוואנה של מזרח אפריקה ראו עדר ענקי של __________ וזברות.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מסע סובב עולם: קוראים ועונים על 10 יעדים – התאמת יעד לציוד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נעלי 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מעיל פוך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מדבר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כפפות חמות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תרסיס נגד יתושים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הגרנד קניון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צעיף נגד 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מאגר טקסטים: נושאים מגוונים ושאלות – התאמת טקסטים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ספורט והגוף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מקומות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קורה בתוך גרעין התירס?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תוף תוף תוף – הלב רץ איתנו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מדע המזון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מאגר טקסטים: נושאים מגוונים ושאלות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במאגר יש שאלות בשלוש רמות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יש גם גרסה לעולים וגם גרסה לחנ״מ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מכתב מן המכתש כתוב כשיר חרוז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על כדורסל שייך לנושא מזג 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מאגר טקסטים: נושאים מגוונים ושאלות – חשיבה על תוכן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פי שם הטקסט קֹדֶם הָאוֹר אַחַר כָּךְ הָרַעַשׁ, באיזה נושא הוא עוסק כנראה?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אוויר – ברק ורעם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הטקסט מה קורה בתוך גרעין התירס שייך לאיזו סוגה (סוג טקסט)?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 / איך זה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משחקי קריאה: משפט לתמונה ומיון שאלות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'משפט לתמונה' קוראים משפט מנוקד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מתאימים אותו לתמונה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אותו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'משפט לתמונה' יש...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שלבים מדורגים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שלבים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'איזו שאלה זו?' התלמידים...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שאלות לפי הסוג שלהן ואוספים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דמויות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חידות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שאלות מופיעים באסטרטגיית 'איך עונים על שאלות?'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סוגים: איתור, הסקה, פרשנות,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סוגים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סוגים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אחד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משחקי קריאה: משפט לתמונה ומיון שאלות – מזהים את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מסבירים מה הכוונה או המטרה של הכתוב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מוצאים תשובה שכתובה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מבינים משהו שלא כתוב במפורש, לפי רמזים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משחק שבו ממיינים שאלות לפי הסוג שלהן ואוספים 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איזו שאלה זו?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דעה אישית על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משחקי קריאה: משפט לתמונה ומיון שאלות – מתרגלים עם טקסטי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'מה שם המדריכה ביער הגשם של האמזונס?' היא שאלת איתור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'כמה זמן ירד גשם ביער האמזונס?' היא שאלת פרשנות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'למה לדעתכם קופי הילללן משמיעים קולות כל כך חזקים?' היא שאלת הבעת עמדה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'איך הייתם מרגישים לו הייתם רואים גייזר מתפרץ ביאלוסטון?' היא שאלת הבעת עמדה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מגוונות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בפירמידת קריאה,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לאט ובדיוק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על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רק את השורה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יעדים יש במסע סובב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שאלת איתור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התשובה היא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תשובה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שאלה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פעילות מתאימים משפט מנוקד לתמונה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שלבים יש בכל יעד במסע סובב עולם (טקסט, שאלות, אתגר...)?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שאלת הסקה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כתובה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להבין משהו שלא כתוב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רק על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יעד מכונה בטקסט "ארץ הקרח והאש"?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 האלפים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בפירמידות קריאה, אחרי קבוצת קמץ ופתח, איזו קבוצת תנועות 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צירה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 וקובוץ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יעד אחד שקראתם עליו במסע סובב עולם – מה ראיתם שם ומה אתם זוכרים מהטקסט?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שאלת איתור לשאלת הסקה,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פירמידת קריאה, שבה כל שורה חוזרת ומוסיפה מילים, עוזרת לקרוא בצורה מדויקת ושוטפת?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להבדיל בין שאלת איתור לשאלת פרשנות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לקרוא פירמידת קריאה בדיוק ובלי לדלג על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למצוא בטקסט מידע כדי לענות על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במסע: הבנת הנקרא וקריאה שוטפת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